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6B72"/>
        </w:rPr>
        <w:t>SOLICITUD DE VACACIONES</w:t>
      </w:r>
    </w:p>
    <w:p>
      <w:pPr>
        <w:jc w:val="center"/>
      </w:pPr>
      <w:r>
        <w:rPr>
          <w:b w:val="0"/>
        </w:rPr>
        <w:t>Código de Trabajo de Guatemala (Decreto 1441), Arts. 130 al 137</w:t>
      </w:r>
    </w:p>
    <w:p/>
    <w:p>
      <w:r>
        <w:rPr>
          <w:b/>
        </w:rPr>
        <w:t xml:space="preserve">Lugar y fecha: </w:t>
      </w:r>
      <w:r>
        <w:t>_______________________________________________</w:t>
      </w:r>
    </w:p>
    <w:p>
      <w:r>
        <w:rPr>
          <w:b/>
        </w:rPr>
        <w:t xml:space="preserve">Dirigida a (patrono o jefe inmediato): </w:t>
      </w:r>
      <w:r>
        <w:t>________________________________________</w:t>
      </w:r>
    </w:p>
    <w:p>
      <w:r>
        <w:rPr>
          <w:b/>
        </w:rPr>
        <w:t xml:space="preserve">Trabajador(a): </w:t>
      </w:r>
      <w:r>
        <w:t>_______________________________________________</w:t>
      </w:r>
    </w:p>
    <w:p>
      <w:r>
        <w:rPr>
          <w:b/>
        </w:rPr>
        <w:t xml:space="preserve">DPI (CUI): </w:t>
      </w:r>
      <w:r>
        <w:t>___________________________________________________</w:t>
      </w:r>
    </w:p>
    <w:p>
      <w:r>
        <w:rPr>
          <w:b/>
        </w:rPr>
        <w:t xml:space="preserve">Puesto / área: </w:t>
      </w:r>
      <w:r>
        <w:t>_______________________________________________</w:t>
      </w:r>
    </w:p>
    <w:p>
      <w:r>
        <w:rPr>
          <w:b/>
        </w:rPr>
        <w:t xml:space="preserve">Fecha de inicio de la relación laboral: </w:t>
      </w:r>
      <w:r>
        <w:t>________________________________________</w:t>
      </w:r>
    </w:p>
    <w:p/>
    <w:p>
      <w:r>
        <w:rPr>
          <w:b w:val="0"/>
        </w:rPr>
        <w:t>Por este medio solicito mis vacaciones remuneradas correspondientes al año de servicio del ____ de ______________ de ________ al ____ de ______________ de ________ (Art. 130).</w:t>
      </w:r>
    </w:p>
    <w:p>
      <w:pPr>
        <w:pStyle w:val="Heading2"/>
      </w:pPr>
      <w:r>
        <w:rPr>
          <w:color w:val="0A6B72"/>
        </w:rPr>
        <w:t>FECHAS QUE PROPONGO</w:t>
      </w:r>
    </w:p>
    <w:p>
      <w:r>
        <w:rPr>
          <w:b/>
        </w:rPr>
        <w:t xml:space="preserve">Días hábiles que solicito (mínimo 15, Art. 130): </w:t>
      </w:r>
      <w:r>
        <w:t>________________________________________</w:t>
      </w:r>
    </w:p>
    <w:p>
      <w:r>
        <w:rPr>
          <w:b/>
        </w:rPr>
        <w:t xml:space="preserve">Fecha de inicio propuesta: </w:t>
      </w:r>
      <w:r>
        <w:t>________________________________________</w:t>
      </w:r>
    </w:p>
    <w:p>
      <w:r>
        <w:rPr>
          <w:b/>
        </w:rPr>
        <w:t xml:space="preserve">Fecha de finalización propuesta: </w:t>
      </w:r>
      <w:r>
        <w:t>________________________________________</w:t>
      </w:r>
    </w:p>
    <w:p>
      <w:r>
        <w:rPr>
          <w:b/>
        </w:rPr>
        <w:t xml:space="preserve">Fecha de reincorporación: </w:t>
      </w:r>
      <w:r>
        <w:t>________________________________________</w:t>
      </w:r>
    </w:p>
    <w:p>
      <w:r>
        <w:rPr>
          <w:b w:val="0"/>
        </w:rPr>
        <w:t>( ) Solicito dividirlas en dos partes (solo en labores de índole especial que no permitan una ausencia muy prolongada, máximo dos partes, Art. 136): primera parte del ________ al ________; segunda parte del ________ al ________.</w:t>
      </w:r>
    </w:p>
    <w:p>
      <w:r>
        <w:rPr>
          <w:b w:val="0"/>
        </w:rPr>
        <w:t>Si estas fechas no son posibles, solicito que se me indique la época en que debo gozar de mis vacaciones, conforme al Art. 132 del Código de Trabajo.</w:t>
      </w:r>
    </w:p>
    <w:p>
      <w:pPr>
        <w:pStyle w:val="Heading2"/>
      </w:pPr>
      <w:r>
        <w:rPr>
          <w:color w:val="0A6B72"/>
        </w:rPr>
        <w:t>SOLICITO ADEMÁS</w:t>
      </w:r>
    </w:p>
    <w:p>
      <w:pPr>
        <w:pStyle w:val="ListBullet"/>
      </w:pPr>
      <w:r>
        <w:t>( ) El pago de mis vacaciones por anticipado, con el promedio de mis remuneraciones ordinarias y extraordinarias del último año (o de los últimos tres meses si la empresa es agrícola o ganadera) (Art. 134)</w:t>
      </w:r>
    </w:p>
    <w:p>
      <w:pPr>
        <w:pStyle w:val="ListBullet"/>
      </w:pPr>
      <w:r>
        <w:t>( ) Testimonio escrito de la concesión de mis vacaciones (Art. 137), y una copia de esta solicitud con la firma de recibido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________________________________________</w:t>
            </w:r>
          </w:p>
        </w:tc>
        <w:tc>
          <w:tcPr>
            <w:tcW w:type="dxa" w:w="4320"/>
          </w:tcPr>
          <w:p>
            <w:r>
              <w:t>________________________________________</w:t>
            </w:r>
          </w:p>
        </w:tc>
      </w:tr>
      <w:tr>
        <w:tc>
          <w:tcPr>
            <w:tcW w:type="dxa" w:w="4320"/>
          </w:tcPr>
          <w:p>
            <w:r>
              <w:t>TRABAJADOR(A) — firma</w:t>
            </w:r>
          </w:p>
        </w:tc>
        <w:tc>
          <w:tcPr>
            <w:tcW w:type="dxa" w:w="4320"/>
          </w:tcPr>
          <w:p>
            <w:r>
              <w:t>RECIBIDO — nombre, cargo, firma y fecha</w:t>
            </w:r>
          </w:p>
        </w:tc>
      </w:tr>
    </w:tbl>
    <w:p/>
    <w:p>
      <w:pPr>
        <w:pStyle w:val="Heading2"/>
      </w:pPr>
      <w:r>
        <w:rPr>
          <w:color w:val="0A6B72"/>
        </w:rPr>
        <w:t>RESPUESTA DEL PATRONO (Art. 132)</w:t>
      </w:r>
    </w:p>
    <w:p>
      <w:r>
        <w:rPr>
          <w:b w:val="0"/>
        </w:rPr>
        <w:t>( ) Aprobadas las fechas propuestas  ( ) Fechas señaladas por el patrono: del ____ de ______________ de ________ al ____ de ______________ de ________</w:t>
      </w:r>
    </w:p>
    <w:p>
      <w:r>
        <w:rPr>
          <w:b w:val="0"/>
        </w:rPr>
        <w:t>Observaciones: ______________________________________________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________________________________________</w:t>
            </w:r>
          </w:p>
        </w:tc>
        <w:tc>
          <w:tcPr>
            <w:tcW w:type="dxa" w:w="4320"/>
          </w:tcPr>
          <w:p>
            <w:r>
              <w:t>________________________________________</w:t>
            </w:r>
          </w:p>
        </w:tc>
      </w:tr>
      <w:tr>
        <w:tc>
          <w:tcPr>
            <w:tcW w:type="dxa" w:w="4320"/>
          </w:tcPr>
          <w:p>
            <w:r>
              <w:t>PATRONO O REPRESENTANTE — firma y sello</w:t>
            </w:r>
          </w:p>
        </w:tc>
        <w:tc>
          <w:tcPr>
            <w:tcW w:type="dxa" w:w="4320"/>
          </w:tcPr>
          <w:p>
            <w:r>
              <w:t>Fecha</w:t>
            </w:r>
          </w:p>
        </w:tc>
      </w:tr>
    </w:tbl>
    <w:p/>
    <w:p>
      <w:r>
        <w:rPr>
          <w:b/>
        </w:rPr>
        <w:t>El Código de Trabajo no exige una solicitud escrita ni fija un plazo para responderla. El patrono señala la época de las vacaciones dentro de los sesenta días siguientes a aquel en que se cumplió el año de servicio continuo (Art. 132).</w:t>
      </w:r>
    </w:p>
    <w:p>
      <w:pPr>
        <w:jc w:val="center"/>
      </w:pPr>
      <w:r>
        <w:rPr>
          <w:i/>
          <w:color w:val="808080"/>
          <w:sz w:val="18"/>
        </w:rPr>
        <w:t>Plantilla gratuita generada por livinginguatemala.com. Formato para trabajadores del sector privado. No constituye asesoría legal; consulta con un abogado laboralista o con la Inspección General de Trabajo.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