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CONVENIO DE RESCISION DE CONTRATO POR MUTUO CONSENTIMIENTO</w:t>
      </w:r>
    </w:p>
    <w:p>
      <w:pPr>
        <w:jc w:val="center"/>
      </w:pPr>
      <w:r>
        <w:rPr>
          <w:b w:val="0"/>
        </w:rPr>
        <w:t>Documento privado — Codigo Civil de Guatemala, Arts. 1579 al 1586</w:t>
      </w:r>
    </w:p>
    <w:p/>
    <w:p>
      <w:r>
        <w:rPr>
          <w:b w:val="0"/>
        </w:rPr>
        <w:t>En ____________________, el ____ de ______________ de ________, nosotros: ______________________________________________, con DPI (CUI) ____________________; y ______________________________________________, con DPI (CUI) ____________________, celebramos el presente CONVENIO DE RESCISION, contenido en las clausulas siguientes:</w:t>
      </w:r>
    </w:p>
    <w:p>
      <w:pPr>
        <w:pStyle w:val="Heading2"/>
      </w:pPr>
      <w:r>
        <w:rPr>
          <w:color w:val="0A6B72"/>
        </w:rPr>
        <w:t>PRIMERA — CONTRATO QUE SE RESCINDE</w:t>
      </w:r>
    </w:p>
    <w:p>
      <w:r>
        <w:rPr>
          <w:b/>
        </w:rPr>
        <w:t xml:space="preserve">Tipo de contrato y objeto: </w:t>
      </w:r>
      <w:r>
        <w:t>________________________________________</w:t>
      </w:r>
    </w:p>
    <w:p>
      <w:r>
        <w:rPr>
          <w:b/>
        </w:rPr>
        <w:t xml:space="preserve">Fecha de celebracion y forma (documento privado / escritura No.): </w:t>
      </w:r>
      <w:r>
        <w:t>________________________________________</w:t>
      </w:r>
    </w:p>
    <w:p>
      <w:r>
        <w:rPr>
          <w:b/>
        </w:rPr>
        <w:t xml:space="preserve">Obligaciones pendientes de cumplimiento: </w:t>
      </w:r>
      <w:r>
        <w:t>________________________________________</w:t>
      </w:r>
    </w:p>
    <w:p>
      <w:r>
        <w:rPr>
          <w:b/>
        </w:rPr>
        <w:t>Si el contrato debia constar en escritura publica (por tener que inscribirse, Art. 1576, o por ser solemne, Art. 1577), este documento privado sirve solo como hoja de terminos para el notario.</w:t>
      </w:r>
    </w:p>
    <w:p>
      <w:r>
        <w:rPr>
          <w:b w:val="0"/>
        </w:rPr>
        <w:t>Si es una compraventa sin pacto de rescision previo: la rescision voluntaria solo puede hacerse dentro del ano de su celebracion (inmuebles o derechos reales) o de los seis meses (otros bienes) (Art. 1851).</w:t>
      </w:r>
    </w:p>
    <w:p>
      <w:pPr>
        <w:pStyle w:val="Heading2"/>
      </w:pPr>
      <w:r>
        <w:rPr>
          <w:color w:val="0A6B72"/>
        </w:rPr>
        <w:t>SEGUNDA — MUTUO CONSENTIMIENTO</w:t>
      </w:r>
    </w:p>
    <w:p>
      <w:r>
        <w:rPr>
          <w:b w:val="0"/>
        </w:rPr>
        <w:t>Las partes, de comun acuerdo, rescinden el contrato descrito en la clausula primera (Art. 1579) con efectos a partir del ____ de ______________ de ________.</w:t>
      </w:r>
    </w:p>
    <w:p>
      <w:pPr>
        <w:pStyle w:val="Heading2"/>
      </w:pPr>
      <w:r>
        <w:rPr>
          <w:color w:val="0A6B72"/>
        </w:rPr>
        <w:t>TERCERA — RESTITUCIONES (Art. 1583)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Quien devuelve</w:t>
            </w:r>
          </w:p>
        </w:tc>
        <w:tc>
          <w:tcPr>
            <w:tcW w:type="dxa" w:w="2160"/>
          </w:tcPr>
          <w:p>
            <w:r>
              <w:t>Que devuelve (dinero, bien, documento)</w:t>
            </w:r>
          </w:p>
        </w:tc>
        <w:tc>
          <w:tcPr>
            <w:tcW w:type="dxa" w:w="2160"/>
          </w:tcPr>
          <w:p>
            <w:r>
              <w:t>Monto o descripcion</w:t>
            </w:r>
          </w:p>
        </w:tc>
        <w:tc>
          <w:tcPr>
            <w:tcW w:type="dxa" w:w="2160"/>
          </w:tcPr>
          <w:p>
            <w:r>
              <w:t>Fecha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b w:val="0"/>
        </w:rPr>
        <w:t>Servicios ya prestados: se valoran en Q ____________ y ( ) se pagan ( ) se descuentan de la devolucion.</w:t>
      </w:r>
    </w:p>
    <w:p>
      <w:pPr>
        <w:pStyle w:val="Heading2"/>
      </w:pPr>
      <w:r>
        <w:rPr>
          <w:color w:val="0A6B72"/>
        </w:rPr>
        <w:t>CUARTA — DANOS, FRUTOS E INTERESES (Art. 1584)</w:t>
      </w:r>
    </w:p>
    <w:p>
      <w:r>
        <w:rPr>
          <w:b w:val="0"/>
        </w:rPr>
        <w:t>( ) Ninguna de las partes reclamara danos y perjuicios, frutos ni intereses. ( ) Las partes convienen expresamente que ______________ pagara a ______________ la cantidad de Q ____________ por concepto de ______________________.</w:t>
      </w:r>
    </w:p>
    <w:p>
      <w:pPr>
        <w:pStyle w:val="Heading2"/>
      </w:pPr>
      <w:r>
        <w:rPr>
          <w:color w:val="0A6B72"/>
        </w:rPr>
        <w:t>QUINTA — TERCEROS (Art. 1580)</w:t>
      </w:r>
    </w:p>
    <w:p>
      <w:r>
        <w:rPr>
          <w:b w:val="0"/>
        </w:rPr>
        <w:t>Las partes declaran que ( ) ningun tercero tiene derechos sobre lo que se restituye ( ) existen los siguientes: ______________________________.</w:t>
      </w:r>
    </w:p>
    <w:p>
      <w:pPr>
        <w:pStyle w:val="Heading2"/>
      </w:pPr>
      <w:r>
        <w:rPr>
          <w:color w:val="0A6B72"/>
        </w:rPr>
        <w:t>SEXTA — FINIQUITO</w:t>
      </w:r>
    </w:p>
    <w:p>
      <w:r>
        <w:rPr>
          <w:b w:val="0"/>
        </w:rPr>
        <w:t>Cumplidas las restituciones de la clausula tercera, las partes se otorgan el mas amplio finiquito respecto del contrato rescindido.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PRIMERA PARTE — firma y DPI</w:t>
            </w:r>
          </w:p>
        </w:tc>
        <w:tc>
          <w:tcPr>
            <w:tcW w:type="dxa" w:w="4320"/>
          </w:tcPr>
          <w:p>
            <w:r>
              <w:t>SEGUNDA PARTE — firma y DPI</w:t>
            </w:r>
          </w:p>
        </w:tc>
      </w:tr>
    </w:tbl>
    <w:p/>
    <w:p>
      <w:r>
        <w:rPr>
          <w:b/>
        </w:rPr>
        <w:t>ESPACIO PARA ACTA DE LEGALIZACION DE FIRMAS (opcional, notario):</w:t>
      </w:r>
    </w:p>
    <w:p>
      <w:r>
        <w:rPr>
          <w:b w:val="0"/>
        </w:rPr>
        <w:br/>
        <w:br/>
        <w:br/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