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RECONOCIMIENTO DE DEUDA Y COMPROMISO DE PAGO</w:t>
      </w:r>
    </w:p>
    <w:p>
      <w:pPr>
        <w:jc w:val="center"/>
      </w:pPr>
      <w:r>
        <w:rPr>
          <w:b w:val="0"/>
        </w:rPr>
        <w:t>Documento privado — Guatemala</w:t>
      </w:r>
    </w:p>
    <w:p/>
    <w:p>
      <w:r>
        <w:rPr>
          <w:b w:val="0"/>
        </w:rPr>
        <w:t>En ____________________, el ____ de ______________ de ________, yo, ______________________________________________, con DPI (CUI) ____________________, con domicilio en ______________________________________, en adelante EL DEUDOR, RECONOZCO EXPRESAMENTE que adeudo a ______________________________________________, con DPI (CUI) ____________________, en adelante EL ACREEDOR, la cantidad de Q ____________ (______________________________________ quetzales exactos).</w:t>
      </w:r>
    </w:p>
    <w:p>
      <w:pPr>
        <w:pStyle w:val="Heading2"/>
      </w:pPr>
      <w:r>
        <w:rPr>
          <w:color w:val="0A6B72"/>
        </w:rPr>
        <w:t>ORIGEN DE LA DEUDA</w:t>
      </w:r>
    </w:p>
    <w:p>
      <w:r>
        <w:rPr>
          <w:b w:val="0"/>
        </w:rPr>
        <w:t>( ) Prestamo de dinero recibido el ____ de ______________ de ________. ( ) Venta a credito de: ____________________________. ( ) Otro: ______________________________________. El monto ( ) incluye ( ) no incluye intereses vencidos a esta fecha.</w:t>
      </w:r>
    </w:p>
    <w:p>
      <w:pPr>
        <w:pStyle w:val="Heading2"/>
      </w:pPr>
      <w:r>
        <w:rPr>
          <w:color w:val="0A6B72"/>
        </w:rPr>
        <w:t>COMPROMISO DE PAGO</w:t>
      </w:r>
    </w:p>
    <w:p>
      <w:r>
        <w:rPr>
          <w:b w:val="0"/>
        </w:rPr>
        <w:t>Me comprometo a pagar la cantidad reconocida en ______ cuotas ( ) mensuales ( ) quincenales de Q ____________, la primera el ____ de ______________ de ________ y las siguientes en la misma fecha de cada periodo, mediante deposito o transferencia a la cuenta ____________________ del banco ____________________ o en efectivo contra recibo.</w:t>
      </w:r>
    </w:p>
    <w:p>
      <w:pPr>
        <w:pStyle w:val="Heading2"/>
      </w:pPr>
      <w:r>
        <w:rPr>
          <w:color w:val="0A6B72"/>
        </w:rPr>
        <w:t>INTERES Y MORA</w:t>
      </w:r>
    </w:p>
    <w:p>
      <w:r>
        <w:rPr>
          <w:b w:val="0"/>
        </w:rPr>
        <w:t>Sobre el saldo ( ) no corren intereses ( ) corre un interes del ______% __________. La falta de pago de ______ cuota(s) dara por vencido el plazo y EL ACREEDOR podra exigir el saldo total, con un interes moratorio del ______% __________.</w:t>
      </w:r>
    </w:p>
    <w:p>
      <w:pPr>
        <w:pStyle w:val="Heading2"/>
      </w:pPr>
      <w:r>
        <w:rPr>
          <w:color w:val="0A6B72"/>
        </w:rPr>
        <w:t>EFECTOS</w:t>
      </w:r>
    </w:p>
    <w:p>
      <w:r>
        <w:rPr>
          <w:b w:val="0"/>
        </w:rPr>
        <w:t>Este reconocimiento expreso interrumpe la prescripcion de la deuda (Codigo Civil, Art. 1506 numeral 2); la interrupcion inutiliza el tiempo corrido antes (Art. 1507). Con firmas legalizadas por notario, este documento es titulo ejecutivo (Codigo Procesal Civil y Mercantil, Art. 327 numeral 3).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EL DEUDOR (firma y DPI)</w:t>
            </w:r>
          </w:p>
        </w:tc>
        <w:tc>
          <w:tcPr>
            <w:tcW w:type="dxa" w:w="4320"/>
          </w:tcPr>
          <w:p>
            <w:r>
              <w:t>EL ACREEDOR (acepta el plan de pago)</w:t>
            </w:r>
          </w:p>
        </w:tc>
      </w:tr>
    </w:tbl>
    <w:p/>
    <w:p>
      <w:pPr>
        <w:pStyle w:val="Heading2"/>
      </w:pPr>
      <w:r>
        <w:rPr>
          <w:color w:val="0A6B72"/>
        </w:rPr>
        <w:t>REGISTRO DE PAGOS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Fecha</w:t>
            </w:r>
          </w:p>
        </w:tc>
        <w:tc>
          <w:tcPr>
            <w:tcW w:type="dxa" w:w="2160"/>
          </w:tcPr>
          <w:p>
            <w:r>
              <w:t>Monto Q</w:t>
            </w:r>
          </w:p>
        </w:tc>
        <w:tc>
          <w:tcPr>
            <w:tcW w:type="dxa" w:w="2160"/>
          </w:tcPr>
          <w:p>
            <w:r>
              <w:t>Saldo Q</w:t>
            </w:r>
          </w:p>
        </w:tc>
        <w:tc>
          <w:tcPr>
            <w:tcW w:type="dxa" w:w="2160"/>
          </w:tcPr>
          <w:p>
            <w:r>
              <w:t>Firma del acreedor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r>
        <w:rPr>
          <w:b/>
        </w:rPr>
        <w:t>ESPACIO PARA ACTA DE LEGALIZACION DE FIRMAS (notario):</w:t>
      </w:r>
    </w:p>
    <w:p>
      <w:r>
        <w:rPr>
          <w:b w:val="0"/>
        </w:rPr>
        <w:br/>
        <w:br/>
        <w:br/>
      </w:r>
    </w:p>
    <w:p>
      <w:pPr>
        <w:jc w:val="center"/>
      </w:pPr>
      <w:r>
        <w:rPr>
          <w:i/>
          <w:color w:val="808080"/>
          <w:sz w:val="18"/>
        </w:rPr>
        <w:t>Plantilla gratuita generada por livinginguatemala.com. No constituye asesoria legal; consulta con un abogado y notario antes de firmar.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