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MEMORIAL — JUICIO ORAL DE ALIMENTOS (5 VARIANTES)</w:t>
      </w:r>
    </w:p>
    <w:p>
      <w:pPr>
        <w:jc w:val="center"/>
      </w:pPr>
      <w:r>
        <w:rPr>
          <w:b w:val="0"/>
        </w:rPr>
        <w:t>Modelo. Todo escrito lleva firma y sello de abogado colegiado, salvo las excepciones de ley (CPCyM Arts. 50 y 61; Ley del Organismo Judicial Art. 197). La demanda tambien puede presentarse verbalmente ante el juzgado (CPCyM Art. 201).</w:t>
      </w:r>
    </w:p>
    <w:p/>
    <w:p>
      <w:pPr>
        <w:pStyle w:val="Heading2"/>
      </w:pPr>
      <w:r>
        <w:rPr>
          <w:color w:val="0A6B72"/>
        </w:rPr>
        <w:t>(A) DEMANDA DE FIJACION DE PENSION ALIMENTICIA</w:t>
      </w:r>
    </w:p>
    <w:p>
      <w:r>
        <w:rPr>
          <w:b w:val="0"/>
        </w:rPr>
        <w:t>SENOR(A) JUEZ(A) ____________ DE FAMILIA DE ______________________ (primera instancia o paz, segun la cuantia: Decreto-Ley 206 Art. 6) (CPCyM Art. 61 num. 1)</w:t>
      </w:r>
    </w:p>
    <w:p>
      <w:r>
        <w:rPr>
          <w:b w:val="0"/>
        </w:rPr>
        <w:t>______________________________, de ____ anos, estado civil ____________, nacionalidad ____________, profesion u oficio ____________, domicilio en ____________, actuo ( ) en nombre propio ( ) en representacion de mi(s) hijo(s) menor(es) ______________________, bajo la direccion y procuracion del abogado(a) ______________________, colegiado ______, y senalo para recibir notificaciones ______________________ (Art. 61 num. 2). Demandado(a): ______________________________, residente en ______________________ (Art. 61 num. 5).</w:t>
      </w:r>
    </w:p>
    <w:p>
      <w:r>
        <w:rPr>
          <w:b w:val="0"/>
        </w:rPr>
        <w:t>HECHOS (Art. 61 num. 3): parentesco con el demandado (titulo, Art. 212): ______________________; necesidades mensuales del alimentista (sustento, habitacion, vestido, asistencia medica, educacion — Codigo Civil Art. 278): Q ____________; posibilidades del demandado: ______________________.</w:t>
      </w:r>
    </w:p>
    <w:p>
      <w:r>
        <w:rPr>
          <w:b/>
        </w:rPr>
        <w:t>PETICIONES (Art. 61 num. 6):</w:t>
      </w:r>
    </w:p>
    <w:p>
      <w:pPr>
        <w:pStyle w:val="ListNumber"/>
      </w:pPr>
      <w:r>
        <w:t>Se admita para su tramite la demanda en la via del juicio oral.</w:t>
      </w:r>
    </w:p>
    <w:p>
      <w:pPr>
        <w:pStyle w:val="ListNumber"/>
      </w:pPr>
      <w:r>
        <w:t>Se fije pension provisional de Q ____________ mensuales (CPCyM Art. 213).</w:t>
      </w:r>
    </w:p>
    <w:p>
      <w:pPr>
        <w:pStyle w:val="ListNumber"/>
      </w:pPr>
      <w:r>
        <w:t>Se decreten las medidas precautorias siguientes, sin garantia (Art. 214): ______________________.</w:t>
      </w:r>
    </w:p>
    <w:p>
      <w:pPr>
        <w:pStyle w:val="ListNumber"/>
      </w:pPr>
      <w:r>
        <w:t>Se senale audiencia para juicio oral y se cite al demandado bajo apercibimiento de rebeldia (Arts. 202 y 215).</w:t>
      </w:r>
    </w:p>
    <w:p>
      <w:pPr>
        <w:pStyle w:val="ListNumber"/>
      </w:pPr>
      <w:r>
        <w:t>En sentencia se fije pension definitiva de Q ____________ pagadera por mensualidades anticipadas (Codigo Civil Art. 287) y se ordene garantizarla (Art. 292).</w:t>
      </w:r>
    </w:p>
    <w:p>
      <w:r>
        <w:rPr>
          <w:b w:val="0"/>
        </w:rPr>
        <w:t>FUNDAMENTO DE DERECHO (Art. 61 num. 4): Codigo Civil Arts. 278 al 292; CPCyM Arts. 199 numeral 3, 201 y 212 al 216; Decreto-Ley 206 Arts. 8, 11 y 12.</w:t>
      </w:r>
    </w:p>
    <w:p>
      <w:r>
        <w:rPr>
          <w:b w:val="0"/>
        </w:rPr>
        <w:t>PRUEBAS (Art. 106): documentos adjuntos (Art. 107): ______________________; declaracion de parte; informes; ______________________.</w:t>
      </w:r>
    </w:p>
    <w:p>
      <w:r>
        <w:rPr>
          <w:b w:val="0"/>
        </w:rPr>
        <w:t>Cita de leyes, copias de ley. ______________________, ____ de ______________ de ________ (Art. 61 num. 7).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Firma del solicitante</w:t>
            </w:r>
          </w:p>
        </w:tc>
        <w:tc>
          <w:tcPr>
            <w:tcW w:type="dxa" w:w="4320"/>
          </w:tcPr>
          <w:p>
            <w:r>
              <w:t>EN SU AUXILIO: Abogado(a) — firma y sello</w:t>
            </w:r>
          </w:p>
        </w:tc>
      </w:tr>
    </w:tbl>
    <w:p/>
    <w:p/>
    <w:p>
      <w:pPr>
        <w:pStyle w:val="Heading2"/>
      </w:pPr>
      <w:r>
        <w:rPr>
          <w:color w:val="0A6B72"/>
        </w:rPr>
        <w:t>(B) DEMANDA DE AUMENTO DE PENSION ALIMENTICIA</w:t>
      </w:r>
    </w:p>
    <w:p>
      <w:r>
        <w:rPr>
          <w:b w:val="0"/>
        </w:rPr>
        <w:t>SENOR(A) JUEZ(A) ____________ DE FAMILIA DE ______________________ (primera instancia o paz, segun la cuantia: Decreto-Ley 206 Art. 6) (CPCyM Art. 61 num. 1)</w:t>
      </w:r>
    </w:p>
    <w:p>
      <w:r>
        <w:rPr>
          <w:b w:val="0"/>
        </w:rPr>
        <w:t>______________________________, de ____ anos, estado civil ____________, nacionalidad ____________, profesion u oficio ____________, domicilio en ____________, actuo ( ) en nombre propio ( ) en representacion de mi(s) hijo(s) menor(es) ______________________, bajo la direccion y procuracion del abogado(a) ______________________, colegiado ______, y senalo para recibir notificaciones ______________________ (Art. 61 num. 2). Demandado(a): ______________________________, residente en ______________________ (Art. 61 num. 5).</w:t>
      </w:r>
    </w:p>
    <w:p>
      <w:r>
        <w:rPr>
          <w:b w:val="0"/>
        </w:rPr>
        <w:t>HECHOS: pension fijada en ______________________ por Q ____________; aumento de las necesidades del alimentista o de la fortuna del obligado: ______________________ (Codigo Civil Art. 280). PETICION: se aumente la pension a Q ____________ (CPCyM Art. 216).</w:t>
      </w:r>
    </w:p>
    <w:p>
      <w:r>
        <w:rPr>
          <w:b w:val="0"/>
        </w:rPr>
        <w:t>FUNDAMENTO DE DERECHO (Art. 61 num. 4): Codigo Civil Arts. 278 al 292; CPCyM Arts. 199 numeral 3, 201 y 212 al 216; Decreto-Ley 206 Arts. 8, 11 y 12.</w:t>
      </w:r>
    </w:p>
    <w:p>
      <w:r>
        <w:rPr>
          <w:b w:val="0"/>
        </w:rPr>
        <w:t>PRUEBAS (Art. 106): documentos adjuntos (Art. 107): ______________________; declaracion de parte; informes; ______________________.</w:t>
      </w:r>
    </w:p>
    <w:p>
      <w:r>
        <w:rPr>
          <w:b w:val="0"/>
        </w:rPr>
        <w:t>Cita de leyes, copias de ley. ______________________, ____ de ______________ de ________ (Art. 61 num. 7).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Firma del solicitante</w:t>
            </w:r>
          </w:p>
        </w:tc>
        <w:tc>
          <w:tcPr>
            <w:tcW w:type="dxa" w:w="4320"/>
          </w:tcPr>
          <w:p>
            <w:r>
              <w:t>EN SU AUXILIO: Abogado(a) — firma y sello</w:t>
            </w:r>
          </w:p>
        </w:tc>
      </w:tr>
    </w:tbl>
    <w:p/>
    <w:p/>
    <w:p>
      <w:pPr>
        <w:pStyle w:val="Heading2"/>
      </w:pPr>
      <w:r>
        <w:rPr>
          <w:color w:val="0A6B72"/>
        </w:rPr>
        <w:t>(C) DEMANDA DE REDUCCION DE PENSION ALIMENTICIA</w:t>
      </w:r>
    </w:p>
    <w:p>
      <w:r>
        <w:rPr>
          <w:b w:val="0"/>
        </w:rPr>
        <w:t>SENOR(A) JUEZ(A) ____________ DE FAMILIA DE ______________________ (primera instancia o paz, segun la cuantia: Decreto-Ley 206 Art. 6) (CPCyM Art. 61 num. 1)</w:t>
      </w:r>
    </w:p>
    <w:p>
      <w:r>
        <w:rPr>
          <w:b w:val="0"/>
        </w:rPr>
        <w:t>______________________________, de ____ anos, estado civil ____________, nacionalidad ____________, profesion u oficio ____________, domicilio en ____________, actuo ( ) en nombre propio ( ) en representacion de mi(s) hijo(s) menor(es) ______________________, bajo la direccion y procuracion del abogado(a) ______________________, colegiado ______, y senalo para recibir notificaciones ______________________ (Art. 61 num. 2). Demandado(a): ______________________________, residente en ______________________ (Art. 61 num. 5).</w:t>
      </w:r>
    </w:p>
    <w:p>
      <w:r>
        <w:rPr>
          <w:b w:val="0"/>
        </w:rPr>
        <w:t>HECHOS: pension fijada en ______________________ por Q ____________; disminucion de la fortuna del obligado o de las necesidades del alimentista: ______________________ (Codigo Civil Art. 280). PETICION: se reduzca la pension a Q ____________ (CPCyM Art. 216).</w:t>
      </w:r>
    </w:p>
    <w:p>
      <w:r>
        <w:rPr>
          <w:b w:val="0"/>
        </w:rPr>
        <w:t>FUNDAMENTO DE DERECHO (Art. 61 num. 4): Codigo Civil Arts. 278 al 292; CPCyM Arts. 199 numeral 3, 201 y 212 al 216; Decreto-Ley 206 Arts. 8, 11 y 12.</w:t>
      </w:r>
    </w:p>
    <w:p>
      <w:r>
        <w:rPr>
          <w:b w:val="0"/>
        </w:rPr>
        <w:t>PRUEBAS (Art. 106): documentos adjuntos (Art. 107): ______________________; declaracion de parte; informes; ______________________.</w:t>
      </w:r>
    </w:p>
    <w:p>
      <w:r>
        <w:rPr>
          <w:b w:val="0"/>
        </w:rPr>
        <w:t>Cita de leyes, copias de ley. ______________________, ____ de ______________ de ________ (Art. 61 num. 7).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Firma del solicitante</w:t>
            </w:r>
          </w:p>
        </w:tc>
        <w:tc>
          <w:tcPr>
            <w:tcW w:type="dxa" w:w="4320"/>
          </w:tcPr>
          <w:p>
            <w:r>
              <w:t>EN SU AUXILIO: Abogado(a) — firma y sello</w:t>
            </w:r>
          </w:p>
        </w:tc>
      </w:tr>
    </w:tbl>
    <w:p/>
    <w:p/>
    <w:p>
      <w:pPr>
        <w:pStyle w:val="Heading2"/>
      </w:pPr>
      <w:r>
        <w:rPr>
          <w:color w:val="0A6B72"/>
        </w:rPr>
        <w:t>(D) DEMANDA DE EXTINCION DE LA OBLIGACION DE PRESTAR ALIMENTOS</w:t>
      </w:r>
    </w:p>
    <w:p>
      <w:r>
        <w:rPr>
          <w:b w:val="0"/>
        </w:rPr>
        <w:t>SENOR(A) JUEZ(A) ____________ DE FAMILIA DE ______________________ (primera instancia o paz, segun la cuantia: Decreto-Ley 206 Art. 6) (CPCyM Art. 61 num. 1)</w:t>
      </w:r>
    </w:p>
    <w:p>
      <w:r>
        <w:rPr>
          <w:b w:val="0"/>
        </w:rPr>
        <w:t>______________________________, de ____ anos, estado civil ____________, nacionalidad ____________, profesion u oficio ____________, domicilio en ____________, actuo ( ) en nombre propio ( ) en representacion de mi(s) hijo(s) menor(es) ______________________, bajo la direccion y procuracion del abogado(a) ______________________, colegiado ______, y senalo para recibir notificaciones ______________________ (Art. 61 num. 2). Demandado(a): ______________________________, residente en ______________________ (Art. 61 num. 5).</w:t>
      </w:r>
    </w:p>
    <w:p>
      <w:r>
        <w:rPr>
          <w:b w:val="0"/>
        </w:rPr>
        <w:t>HECHOS: causa de cese (Codigo Civil Art. 289 numeral ____ ) o supuesto del Art. 290 (descendiente de dieciocho anos no habitualmente enfermo, impedido ni en interdiccion; o subsistencia asegurada): ______________________. PETICION: se declare extinguida la obligacion (CPCyM Art. 216).</w:t>
      </w:r>
    </w:p>
    <w:p>
      <w:r>
        <w:rPr>
          <w:b w:val="0"/>
        </w:rPr>
        <w:t>FUNDAMENTO DE DERECHO (Art. 61 num. 4): Codigo Civil Arts. 278 al 292; CPCyM Arts. 199 numeral 3, 201 y 212 al 216; Decreto-Ley 206 Arts. 8, 11 y 12.</w:t>
      </w:r>
    </w:p>
    <w:p>
      <w:r>
        <w:rPr>
          <w:b w:val="0"/>
        </w:rPr>
        <w:t>PRUEBAS (Art. 106): documentos adjuntos (Art. 107): ______________________; declaracion de parte; informes; ______________________.</w:t>
      </w:r>
    </w:p>
    <w:p>
      <w:r>
        <w:rPr>
          <w:b w:val="0"/>
        </w:rPr>
        <w:t>Cita de leyes, copias de ley. ______________________, ____ de ______________ de ________ (Art. 61 num. 7).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Firma del solicitante</w:t>
            </w:r>
          </w:p>
        </w:tc>
        <w:tc>
          <w:tcPr>
            <w:tcW w:type="dxa" w:w="4320"/>
          </w:tcPr>
          <w:p>
            <w:r>
              <w:t>EN SU AUXILIO: Abogado(a) — firma y sello</w:t>
            </w:r>
          </w:p>
        </w:tc>
      </w:tr>
    </w:tbl>
    <w:p/>
    <w:p/>
    <w:p>
      <w:pPr>
        <w:pStyle w:val="Heading2"/>
      </w:pPr>
      <w:r>
        <w:rPr>
          <w:color w:val="0A6B72"/>
        </w:rPr>
        <w:t>(E) CONTESTACION DE LA DEMANDA (CPCyM Art. 204)</w:t>
      </w:r>
    </w:p>
    <w:p>
      <w:r>
        <w:rPr>
          <w:b w:val="0"/>
        </w:rPr>
        <w:t>SENOR(A) JUEZ(A) ____________ DE FAMILIA DE ______________________ (primera instancia o paz, segun la cuantia: Decreto-Ley 206 Art. 6) (CPCyM Art. 61 num. 1)</w:t>
      </w:r>
    </w:p>
    <w:p>
      <w:r>
        <w:rPr>
          <w:b w:val="0"/>
        </w:rPr>
        <w:t>______________________________, de ____ anos, estado civil ____________, nacionalidad ____________, profesion u oficio ____________, domicilio en ____________, actuo ( ) en nombre propio ( ) en representacion de mi(s) hijo(s) menor(es) ______________________, bajo la direccion y procuracion del abogado(a) ______________________, colegiado ______, y senalo para recibir notificaciones ______________________ (Art. 61 num. 2). Demandado(a): ______________________________, residente en ______________________ (Art. 61 num. 5).</w:t>
      </w:r>
    </w:p>
    <w:p>
      <w:r>
        <w:rPr>
          <w:b w:val="0"/>
        </w:rPr>
        <w:t>Presentada por escrito hasta o en el momento de la primera audiencia. HECHOS en que se funda la oposicion: ______________________. Excepciones (Art. 205): ______________________. ( ) Reconvencion: ______________________.</w:t>
      </w:r>
    </w:p>
    <w:p>
      <w:r>
        <w:rPr>
          <w:b w:val="0"/>
        </w:rPr>
        <w:t>FUNDAMENTO DE DERECHO (Art. 61 num. 4): Codigo Civil Arts. 278 al 292; CPCyM Arts. 199 numeral 3, 201 y 212 al 216; Decreto-Ley 206 Arts. 8, 11 y 12.</w:t>
      </w:r>
    </w:p>
    <w:p>
      <w:r>
        <w:rPr>
          <w:b w:val="0"/>
        </w:rPr>
        <w:t>PRUEBAS (Art. 106): documentos adjuntos (Art. 107): ______________________; declaracion de parte; informes; ______________________.</w:t>
      </w:r>
    </w:p>
    <w:p>
      <w:r>
        <w:rPr>
          <w:b w:val="0"/>
        </w:rPr>
        <w:t>Cita de leyes, copias de ley. ______________________, ____ de ______________ de ________ (Art. 61 num. 7).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Firma del solicitante</w:t>
            </w:r>
          </w:p>
        </w:tc>
        <w:tc>
          <w:tcPr>
            <w:tcW w:type="dxa" w:w="4320"/>
          </w:tcPr>
          <w:p>
            <w:r>
              <w:t>EN SU AUXILIO: Abogado(a) — firma y sello</w:t>
            </w:r>
          </w:p>
        </w:tc>
      </w:tr>
    </w:tbl>
    <w:p/>
    <w:p/>
    <w:p>
      <w:pPr>
        <w:jc w:val="center"/>
      </w:pPr>
      <w:r>
        <w:rPr>
          <w:i/>
          <w:color w:val="808080"/>
          <w:sz w:val="18"/>
        </w:rPr>
        <w:t>Modelo gratuito de livinginguatemala.com. Debe revisarlo y firmarlo un abogado colegiado; no constituye asesoria legal.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