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6B72"/>
        </w:rPr>
        <w:t>SOLICITUD DE PERMISO LABORAL</w:t>
      </w:r>
    </w:p>
    <w:p>
      <w:pPr>
        <w:jc w:val="center"/>
      </w:pPr>
      <w:r>
        <w:rPr>
          <w:b w:val="0"/>
        </w:rPr>
        <w:t>Codigo de Trabajo de Guatemala (Decreto 1441), Art. 61 incisos h y ñ</w:t>
      </w:r>
    </w:p>
    <w:p/>
    <w:p>
      <w:r>
        <w:rPr>
          <w:b/>
        </w:rPr>
        <w:t xml:space="preserve">Lugar y fecha: </w:t>
      </w:r>
      <w:r>
        <w:t>_______________________________________________</w:t>
      </w:r>
    </w:p>
    <w:p>
      <w:r>
        <w:rPr>
          <w:b/>
        </w:rPr>
        <w:t xml:space="preserve">Dirigida a (patrono o jefe inmediato): </w:t>
      </w:r>
      <w:r>
        <w:t>________________________________________</w:t>
      </w:r>
    </w:p>
    <w:p>
      <w:r>
        <w:rPr>
          <w:b/>
        </w:rPr>
        <w:t xml:space="preserve">Trabajador(a) y DPI (CUI): </w:t>
      </w:r>
      <w:r>
        <w:t>________________________________________</w:t>
      </w:r>
    </w:p>
    <w:p>
      <w:r>
        <w:rPr>
          <w:b/>
        </w:rPr>
        <w:t xml:space="preserve">Puesto / area: </w:t>
      </w:r>
      <w:r>
        <w:t>_______________________________________________</w:t>
      </w:r>
    </w:p>
    <w:p/>
    <w:p>
      <w:r>
        <w:rPr>
          <w:b w:val="0"/>
        </w:rPr>
        <w:t>Por este medio solicito permiso para ausentarme de mis labores del ____ de ______________ de ________ a las ______ horas al ____ de ______________ de ________ a las ______ horas, por el motivo que marco a continuacion:</w:t>
      </w:r>
    </w:p>
    <w:p>
      <w:pPr>
        <w:pStyle w:val="Heading2"/>
      </w:pPr>
      <w:r>
        <w:rPr>
          <w:color w:val="0A6B72"/>
        </w:rPr>
        <w:t>LICENCIA CON GOCE DE SUELDO (Art. 61 inciso ñ)</w:t>
      </w:r>
    </w:p>
    <w:p>
      <w:pPr>
        <w:pStyle w:val="ListBullet"/>
      </w:pPr>
      <w:r>
        <w:t>( ) Fallecimiento del conyuge, de la persona unida de hecho conmigo, de mis padres o de un hijo: tres (3) dias (numeral 1)</w:t>
      </w:r>
    </w:p>
    <w:p>
      <w:pPr>
        <w:pStyle w:val="ListBullet"/>
      </w:pPr>
      <w:r>
        <w:t>( ) Mi matrimonio: cinco (5) dias (numeral 2)</w:t>
      </w:r>
    </w:p>
    <w:p>
      <w:pPr>
        <w:pStyle w:val="ListBullet"/>
      </w:pPr>
      <w:r>
        <w:t>( ) Nacimiento de hijo: dos (2) dias (numeral 3)</w:t>
      </w:r>
    </w:p>
    <w:p>
      <w:pPr>
        <w:pStyle w:val="ListBullet"/>
      </w:pPr>
      <w:r>
        <w:t>( ) Citacion judicial: el tiempo de la comparecencia, hasta medio dia dentro de la jurisdiccion o un dia fuera del departamento (numeral 5)</w:t>
      </w:r>
    </w:p>
    <w:p>
      <w:pPr>
        <w:pStyle w:val="ListBullet"/>
      </w:pPr>
      <w:r>
        <w:t>( ) Funcion sindical, miembro del Comite Ejecutivo: hasta seis dias en el mes calendario (numeral 6)</w:t>
      </w:r>
    </w:p>
    <w:p>
      <w:pPr>
        <w:pStyle w:val="ListBullet"/>
      </w:pPr>
      <w:r>
        <w:t>( ) Caso previsto en el pacto colectivo, clausula ____ (numeral 7)</w:t>
      </w:r>
    </w:p>
    <w:p>
      <w:pPr>
        <w:pStyle w:val="ListBullet"/>
      </w:pPr>
      <w:r>
        <w:t>( ) Tiempo para votar en elecciones populares, sin reduccion de salario (Art. 61 inciso h)</w:t>
      </w:r>
    </w:p>
    <w:p>
      <w:pPr>
        <w:pStyle w:val="Heading2"/>
      </w:pPr>
      <w:r>
        <w:rPr>
          <w:color w:val="0A6B72"/>
        </w:rPr>
        <w:t>OTRO PERMISO</w:t>
      </w:r>
    </w:p>
    <w:p>
      <w:r>
        <w:rPr>
          <w:b w:val="0"/>
        </w:rPr>
        <w:t>( ) Motivo: ____________________________________________________. Solicito que sea: ( ) con goce de salario (Art. 61 inciso ñ, numeral 4: requiere que el patrono lo autorice expresamente como retribuido) ( ) sin goce de salario (Art. 68 inciso a).</w:t>
      </w:r>
    </w:p>
    <w:p>
      <w:r>
        <w:rPr>
          <w:b/>
        </w:rPr>
        <w:t xml:space="preserve">Documento que adjunto o entregare: </w:t>
      </w:r>
      <w:r>
        <w:t>________________________________________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________________________________________</w:t>
            </w:r>
          </w:p>
        </w:tc>
        <w:tc>
          <w:tcPr>
            <w:tcW w:type="dxa" w:w="4320"/>
          </w:tcPr>
          <w:p>
            <w:r>
              <w:t>________________________________________</w:t>
            </w:r>
          </w:p>
        </w:tc>
      </w:tr>
      <w:tr>
        <w:tc>
          <w:tcPr>
            <w:tcW w:type="dxa" w:w="4320"/>
          </w:tcPr>
          <w:p>
            <w:r>
              <w:t>TRABAJADOR(A) — firma</w:t>
            </w:r>
          </w:p>
        </w:tc>
        <w:tc>
          <w:tcPr>
            <w:tcW w:type="dxa" w:w="4320"/>
          </w:tcPr>
          <w:p>
            <w:r>
              <w:t>RECIBIDO — nombre, cargo, firma y fecha</w:t>
            </w:r>
          </w:p>
        </w:tc>
      </w:tr>
    </w:tbl>
    <w:p/>
    <w:p>
      <w:pPr>
        <w:pStyle w:val="Heading2"/>
      </w:pPr>
      <w:r>
        <w:rPr>
          <w:color w:val="0A6B72"/>
        </w:rPr>
        <w:t>RESPUESTA DEL PATRONO</w:t>
      </w:r>
    </w:p>
    <w:p>
      <w:r>
        <w:rPr>
          <w:b w:val="0"/>
        </w:rPr>
        <w:t>( ) Autorizado con goce de salario  ( ) Autorizado sin goce de salario  ( ) No autorizado. Observaciones: ____________________________________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________________________________________</w:t>
            </w:r>
          </w:p>
        </w:tc>
        <w:tc>
          <w:tcPr>
            <w:tcW w:type="dxa" w:w="4320"/>
          </w:tcPr>
          <w:p>
            <w:r>
              <w:t>________________________________________</w:t>
            </w:r>
          </w:p>
        </w:tc>
      </w:tr>
      <w:tr>
        <w:tc>
          <w:tcPr>
            <w:tcW w:type="dxa" w:w="4320"/>
          </w:tcPr>
          <w:p>
            <w:r>
              <w:t>PATRONO O REPRESENTANTE — firma</w:t>
            </w:r>
          </w:p>
        </w:tc>
        <w:tc>
          <w:tcPr>
            <w:tcW w:type="dxa" w:w="4320"/>
          </w:tcPr>
          <w:p>
            <w:r>
              <w:t>Fecha</w:t>
            </w:r>
          </w:p>
        </w:tc>
      </w:tr>
    </w:tbl>
    <w:p/>
    <w:p>
      <w:r>
        <w:br w:type="page"/>
      </w:r>
    </w:p>
    <w:p>
      <w:pPr>
        <w:pStyle w:val="Heading1"/>
        <w:jc w:val="center"/>
      </w:pPr>
      <w:r>
        <w:rPr>
          <w:color w:val="0A6B72"/>
        </w:rPr>
        <w:t>JUSTIFICACION DE AUSENCIA</w:t>
      </w:r>
    </w:p>
    <w:p>
      <w:pPr>
        <w:jc w:val="center"/>
      </w:pPr>
      <w:r>
        <w:rPr>
          <w:b w:val="0"/>
        </w:rPr>
        <w:t>Codigo de Trabajo, Art. 77 inciso f: la justificacion de la inasistencia se hace al reanudar labores, si no se hizo antes</w:t>
      </w:r>
    </w:p>
    <w:p/>
    <w:p>
      <w:r>
        <w:rPr>
          <w:b/>
        </w:rPr>
        <w:t xml:space="preserve">Lugar y fecha de entrega (dia de reincorporacion): </w:t>
      </w:r>
      <w:r>
        <w:t>________________________________________</w:t>
      </w:r>
    </w:p>
    <w:p>
      <w:r>
        <w:rPr>
          <w:b/>
        </w:rPr>
        <w:t xml:space="preserve">Dirigida a (patrono o jefe inmediato): </w:t>
      </w:r>
      <w:r>
        <w:t>________________________________________</w:t>
      </w:r>
    </w:p>
    <w:p>
      <w:r>
        <w:rPr>
          <w:b/>
        </w:rPr>
        <w:t xml:space="preserve">Trabajador(a) y DPI (CUI): </w:t>
      </w:r>
      <w:r>
        <w:t>________________________________________</w:t>
      </w:r>
    </w:p>
    <w:p>
      <w:r>
        <w:rPr>
          <w:b/>
        </w:rPr>
        <w:t xml:space="preserve">Puesto / area: </w:t>
      </w:r>
      <w:r>
        <w:t>_______________________________________________</w:t>
      </w:r>
    </w:p>
    <w:p/>
    <w:p>
      <w:r>
        <w:rPr>
          <w:b w:val="0"/>
        </w:rPr>
        <w:t>Por este medio justifico mi inasistencia a labores del ____ de ______________ de ________ al ____ de ______________ de ________ (o las horas: ______________________), por la causa siguiente:</w:t>
      </w:r>
    </w:p>
    <w:p>
      <w:pPr>
        <w:pStyle w:val="ListBullet"/>
      </w:pPr>
      <w:r>
        <w:t>( ) Enfermedad o accidente (Art. 66 inciso b). Adjunto: ( ) certificado medico ( ) constancia o suspension del IGSS ( ) otro: ______________</w:t>
      </w:r>
    </w:p>
    <w:p>
      <w:pPr>
        <w:pStyle w:val="ListBullet"/>
      </w:pPr>
      <w:r>
        <w:t>( ) Uno de los casos de licencia con goce del Art. 61 inciso ñ, numeral ____</w:t>
      </w:r>
    </w:p>
    <w:p>
      <w:pPr>
        <w:pStyle w:val="ListBullet"/>
      </w:pPr>
      <w:r>
        <w:t>( ) Otra causa: ______________________________________________</w:t>
      </w:r>
    </w:p>
    <w:p>
      <w:r>
        <w:rPr>
          <w:b/>
        </w:rPr>
        <w:t xml:space="preserve">Documentos que adjunto: </w:t>
      </w:r>
      <w:r>
        <w:t>________________________________________</w:t>
      </w:r>
    </w:p>
    <w:p>
      <w:r>
        <w:rPr>
          <w:b w:val="0"/>
        </w:rPr>
        <w:t>No pude avisar antes porque: ______________________________________________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________________________________________</w:t>
            </w:r>
          </w:p>
        </w:tc>
        <w:tc>
          <w:tcPr>
            <w:tcW w:type="dxa" w:w="4320"/>
          </w:tcPr>
          <w:p>
            <w:r>
              <w:t>________________________________________</w:t>
            </w:r>
          </w:p>
        </w:tc>
      </w:tr>
      <w:tr>
        <w:tc>
          <w:tcPr>
            <w:tcW w:type="dxa" w:w="4320"/>
          </w:tcPr>
          <w:p>
            <w:r>
              <w:t>TRABAJADOR(A) — firma</w:t>
            </w:r>
          </w:p>
        </w:tc>
        <w:tc>
          <w:tcPr>
            <w:tcW w:type="dxa" w:w="4320"/>
          </w:tcPr>
          <w:p>
            <w:r>
              <w:t>RECIBIDO — nombre, cargo, firma y fecha</w:t>
            </w:r>
          </w:p>
        </w:tc>
      </w:tr>
    </w:tbl>
    <w:p/>
    <w:p>
      <w:r>
        <w:rPr>
          <w:b/>
        </w:rPr>
        <w:t>Art. 77 inciso f: es causa de despido justificado dejar de asistir sin permiso del patrono o sin causa justificada durante dos dias laborales completos y consecutivos o durante seis medios dias laborales en un mismo mes calendario.</w:t>
      </w:r>
    </w:p>
    <w:p>
      <w:pPr>
        <w:jc w:val="center"/>
      </w:pPr>
      <w:r>
        <w:rPr>
          <w:i/>
          <w:color w:val="808080"/>
          <w:sz w:val="18"/>
        </w:rPr>
        <w:t>Plantilla gratuita generada por livinginguatemala.com. No constituye asesoria legal; ante un conflicto, consulta con la Inspeccion General de Trabajo o con un abogado laboralista.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