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6B72"/>
        </w:rPr>
        <w:t>CARTA DE COBRO</w:t>
      </w:r>
    </w:p>
    <w:p>
      <w:pPr>
        <w:jc w:val="center"/>
      </w:pPr>
      <w:r>
        <w:rPr>
          <w:b w:val="0"/>
        </w:rPr>
        <w:t>Cobro extrajudicial — Guatemala</w:t>
      </w:r>
    </w:p>
    <w:p/>
    <w:p>
      <w:r>
        <w:rPr>
          <w:b/>
        </w:rPr>
        <w:t xml:space="preserve">Lugar y fecha: </w:t>
      </w:r>
      <w:r>
        <w:t>_______________________________________________</w:t>
      </w:r>
    </w:p>
    <w:p>
      <w:r>
        <w:rPr>
          <w:b/>
        </w:rPr>
        <w:t xml:space="preserve">Senor(a) / empresa deudora: </w:t>
      </w:r>
      <w:r>
        <w:t>________________________________________</w:t>
      </w:r>
    </w:p>
    <w:p>
      <w:r>
        <w:rPr>
          <w:b/>
        </w:rPr>
        <w:t xml:space="preserve">Direccion: </w:t>
      </w:r>
      <w:r>
        <w:t>___________________________________________________</w:t>
      </w:r>
    </w:p>
    <w:p/>
    <w:p>
      <w:r>
        <w:rPr>
          <w:b w:val="0"/>
        </w:rPr>
        <w:t>Por este medio le recuerdo que a esta fecha adeuda a ______________________________________________, con DPI (CUI) ____________________, la cantidad de Q ____________ (______________________________________ quetzales exactos), por concepto de:</w:t>
      </w:r>
    </w:p>
    <w:p>
      <w:pPr>
        <w:pStyle w:val="ListBullet"/>
      </w:pPr>
      <w:r>
        <w:t>( ) Prestamo de dinero documentado en ______________________ de fecha ________</w:t>
      </w:r>
    </w:p>
    <w:p>
      <w:pPr>
        <w:pStyle w:val="ListBullet"/>
      </w:pPr>
      <w:r>
        <w:t>( ) Venta a credito de ______________________ de fecha ________</w:t>
      </w:r>
    </w:p>
    <w:p>
      <w:pPr>
        <w:pStyle w:val="ListBullet"/>
      </w:pPr>
      <w:r>
        <w:t>( ) Rentas de alquiler de los meses de ______________________</w:t>
      </w:r>
    </w:p>
    <w:p>
      <w:pPr>
        <w:pStyle w:val="ListBullet"/>
      </w:pPr>
      <w:r>
        <w:t>( ) Otro: ______________________________________________</w:t>
      </w:r>
    </w:p>
    <w:p>
      <w:r>
        <w:rPr>
          <w:b/>
        </w:rPr>
        <w:t xml:space="preserve">Fecha en que la obligacion se hizo exigible (vencimiento): </w:t>
      </w:r>
      <w:r>
        <w:t>________________________________________</w:t>
      </w:r>
    </w:p>
    <w:p>
      <w:r>
        <w:rPr>
          <w:b/>
        </w:rPr>
        <w:t xml:space="preserve">Capital Q / intereses pactados Q / total Q: </w:t>
      </w:r>
      <w:r>
        <w:t>________________________________________</w:t>
      </w:r>
    </w:p>
    <w:p>
      <w:r>
        <w:rPr>
          <w:b w:val="0"/>
        </w:rPr>
        <w:t>Le solicito realizar el pago a mas tardar el ____ de ______________ de ________, mediante deposito o transferencia a la cuenta ____________________ del banco ____________________ a nombre de ______________________________, o en efectivo contra recibo en ______________________________.</w:t>
      </w:r>
    </w:p>
    <w:p>
      <w:r>
        <w:rPr>
          <w:b w:val="0"/>
        </w:rPr>
        <w:t>Si no recibo el pago en ese plazo, me reservo el derecho de requerirle el pago por la via notarial o judicial.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ACREEDOR(A) — nombre, DPI y firma</w:t>
            </w:r>
          </w:p>
        </w:tc>
        <w:tc>
          <w:tcPr>
            <w:tcW w:type="dxa" w:w="4320"/>
          </w:tcPr>
          <w:p>
            <w:r>
              <w:t>RECIBIDO — nombre, firma y fecha</w:t>
            </w:r>
          </w:p>
        </w:tc>
      </w:tr>
    </w:tbl>
    <w:p/>
    <w:p>
      <w:pPr>
        <w:pStyle w:val="Heading2"/>
      </w:pPr>
      <w:r>
        <w:rPr>
          <w:color w:val="0A6B72"/>
        </w:rPr>
        <w:t>RECONOCIMIENTO DEL DEUDOR (opcional)</w:t>
      </w:r>
    </w:p>
    <w:p>
      <w:r>
        <w:rPr>
          <w:b w:val="0"/>
        </w:rPr>
        <w:t>Yo, ______________________________________________, con DPI (CUI) ____________________, reconozco expresamente que adeudo la cantidad de Q ____________ indicada en esta carta.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________________________________________</w:t>
            </w:r>
          </w:p>
        </w:tc>
        <w:tc>
          <w:tcPr>
            <w:tcW w:type="dxa" w:w="4320"/>
          </w:tcPr>
          <w:p>
            <w:r>
              <w:t>________________________________________</w:t>
            </w:r>
          </w:p>
        </w:tc>
      </w:tr>
      <w:tr>
        <w:tc>
          <w:tcPr>
            <w:tcW w:type="dxa" w:w="4320"/>
          </w:tcPr>
          <w:p>
            <w:r>
              <w:t>DEUDOR(A) — firma</w:t>
            </w:r>
          </w:p>
        </w:tc>
        <w:tc>
          <w:tcPr>
            <w:tcW w:type="dxa" w:w="4320"/>
          </w:tcPr>
          <w:p>
            <w:r>
              <w:t>Fecha</w:t>
            </w:r>
          </w:p>
        </w:tc>
      </w:tr>
    </w:tbl>
    <w:p/>
    <w:p>
      <w:r>
        <w:rPr>
          <w:b w:val="0"/>
        </w:rPr>
        <w:t>Nota: el reconocimiento expreso del deudor interrumpe la prescripcion (Codigo Civil, Art. 1506 numeral 2). Para que sea titulo ejecutivo, las firmas deben legalizarse ante notario o reconocerse ante juez (Codigo Procesal Civil y Mercantil, Art. 327 numeral 3).</w:t>
      </w:r>
    </w:p>
    <w:p>
      <w:r>
        <w:br w:type="page"/>
      </w:r>
    </w:p>
    <w:p>
      <w:pPr>
        <w:pStyle w:val="Heading1"/>
        <w:jc w:val="center"/>
      </w:pPr>
      <w:r>
        <w:rPr>
          <w:color w:val="0A6B72"/>
        </w:rPr>
        <w:t>HOJA DE DATOS PARA EL REQUERIMIENTO NOTARIAL</w:t>
      </w:r>
    </w:p>
    <w:p>
      <w:pPr>
        <w:jc w:val="center"/>
      </w:pPr>
      <w:r>
        <w:rPr>
          <w:b w:val="0"/>
        </w:rPr>
        <w:t>Codigo Civil, Art. 1430: el requerimiento para constituir en mora al deudor debe ser judicial o notarial; la notificacion de la demanda de pago equivale al requerimiento. Esta hoja NO es el acta: es la informacion que el notario necesita.</w:t>
      </w:r>
    </w:p>
    <w:p/>
    <w:p>
      <w:pPr>
        <w:pStyle w:val="Heading2"/>
      </w:pPr>
      <w:r>
        <w:rPr>
          <w:color w:val="0A6B72"/>
        </w:rPr>
        <w:t>ACREEDOR (requirente)</w:t>
      </w:r>
    </w:p>
    <w:p>
      <w:r>
        <w:rPr>
          <w:b/>
        </w:rPr>
        <w:t xml:space="preserve">Nombre completo y DPI (CUI): </w:t>
      </w:r>
      <w:r>
        <w:t>________________________________________</w:t>
      </w:r>
    </w:p>
    <w:p>
      <w:r>
        <w:rPr>
          <w:b/>
        </w:rPr>
        <w:t xml:space="preserve">Direccion para notificaciones: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DEUDOR (requerido)</w:t>
      </w:r>
    </w:p>
    <w:p>
      <w:r>
        <w:rPr>
          <w:b/>
        </w:rPr>
        <w:t xml:space="preserve">Nombre completo y DPI (CUI), si se conoce: </w:t>
      </w:r>
      <w:r>
        <w:t>________________________________________</w:t>
      </w:r>
    </w:p>
    <w:p>
      <w:r>
        <w:rPr>
          <w:b/>
        </w:rPr>
        <w:t xml:space="preserve">Direccion donde se le puede encontrar: </w:t>
      </w:r>
      <w:r>
        <w:t>________________________________________</w:t>
      </w:r>
    </w:p>
    <w:p>
      <w:pPr>
        <w:pStyle w:val="Heading2"/>
      </w:pPr>
      <w:r>
        <w:rPr>
          <w:color w:val="0A6B72"/>
        </w:rPr>
        <w:t>OBLIGACION</w:t>
      </w:r>
    </w:p>
    <w:p>
      <w:r>
        <w:rPr>
          <w:b/>
        </w:rPr>
        <w:t xml:space="preserve">Documento que la respalda (contrato, pagare, reconocimiento) y fecha: </w:t>
      </w:r>
      <w:r>
        <w:t>________________________________________</w:t>
      </w:r>
    </w:p>
    <w:p>
      <w:r>
        <w:rPr>
          <w:b/>
        </w:rPr>
        <w:t xml:space="preserve">Monto de capital Q: </w:t>
      </w:r>
      <w:r>
        <w:t>__________________________________________</w:t>
      </w:r>
    </w:p>
    <w:p>
      <w:r>
        <w:rPr>
          <w:b/>
        </w:rPr>
        <w:t xml:space="preserve">Interes pactado (tasa) o ninguno: </w:t>
      </w:r>
      <w:r>
        <w:t>________________________________________</w:t>
      </w:r>
    </w:p>
    <w:p>
      <w:r>
        <w:rPr>
          <w:b/>
        </w:rPr>
        <w:t xml:space="preserve">Fecha de vencimiento: </w:t>
      </w:r>
      <w:r>
        <w:t>________________________________________</w:t>
      </w:r>
    </w:p>
    <w:p>
      <w:r>
        <w:rPr>
          <w:b/>
        </w:rPr>
        <w:t xml:space="preserve">Pagos parciales recibidos (fechas y montos): </w:t>
      </w:r>
      <w:r>
        <w:t>________________________________________</w:t>
      </w:r>
    </w:p>
    <w:p>
      <w:r>
        <w:rPr>
          <w:b w:val="0"/>
        </w:rPr>
        <w:t>El contrato dice que la mora opera sin necesidad de requerimiento: ( ) Si, clausula ____ (Art. 1431 numeral 1) ( ) No</w:t>
      </w:r>
    </w:p>
    <w:p>
      <w:r>
        <w:rPr>
          <w:b w:val="0"/>
        </w:rPr>
        <w:t>Efectos de la mora: danos y perjuicios del retardo (Art. 1433); en deudas de dinero, salvo pacto, los intereses convenidos o, a falta de convenio, el interes legal hasta el efectivo pago (Art. 1435).</w:t>
      </w:r>
    </w:p>
    <w:p>
      <w:pPr>
        <w:jc w:val="center"/>
      </w:pPr>
      <w:r>
        <w:rPr>
          <w:i/>
          <w:color w:val="808080"/>
          <w:sz w:val="18"/>
        </w:rPr>
        <w:t>Plantilla gratuita generada por livinginguatemala.com. No constituye asesoria legal; consulta con un abogado y notario antes de firmar.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